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343</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26.06.2026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"Гермес", именуемое в дальнейшем «Заказчик», в лице генерального директора Буланова Андрея Александровича,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"Гермес"</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248000, Калужская область, город Калуга, улица Первомайская, дом 37, офис 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4027114210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402711421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1134027001998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40702810522240001346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Калужское отделение №8608 ПАО Сбербанк России</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30101810100000000612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042908612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export@vedru.ru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+7 910 518 33 40, +7 910 603 33 77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Буланов Андрей Александрович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