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353</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20.07.2026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"САМ", именуемое в дальнейшем «Заказчик», в лице генерального директора Уктамова Бахрома Уктамовича,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"САМ"</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143080, Московская область, г. Одинцово, пгт. Лесной городок, ул. Фасадная, д. 2, к. 1, помещ. НП-1, кабинет 31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5032148168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503201001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1065032049246</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40702810701400009484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30101810200000000593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044525593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Уктамов Бахром Уктамович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