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354</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20.07.2026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"СамСнаб", именуемое в дальнейшем «Заказчик», в лице генерального директора Уктамова Бахрома Уктамовича,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"СамСнаб"</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143080, Московская область, г. Одинцово, пгт. Лесной городок, ул. Фасадная, д. 2, к. 1, пом/эт/каб НП-1/3/32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5032285936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503201001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1175024019037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40702810501400010084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30101810200000000593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Уктамов Бахром Уктамович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