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357</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21.07.2026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Индивидуальный предприниматель Скобелин Евгений Александрович, именуемое в дальнейшем «Заказчик», в лице Индивидуального предпринимателя Скобелина Евгения Александровича, действующего на основании листа записи ЕГРИП,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Индивидуальный предприниматель Скобелин Евгений Александрович</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Республика Калмыкия, муниципальный район Сарпинский, сельское поселение Кануковское, село Кануково, улица Городовикова, дом 82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661218682703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311661220000022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40802810019330002937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Филиал "Центральный" Банка ВТБ (ПАО) г Москва</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Скобелин Евгений Александрович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