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360</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10.08.2026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Индивидуальный предприниматель Клеп И.П, именуемое в дальнейшем «Заказчик», в лице Индивидуального предпринимателя Клепа И.Па, действующего на основании листа записи ЕГРИП,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Индивидуальный предприниматель Клеп И.П</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771991144534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324774600269893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40802810825150002042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Tradespace@mail.ru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+74994900098, +79261444008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Клеп И.П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