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367</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07.09.2026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"Промтрейдсервис", именуемое в дальнейшем «Заказчик», в лице генерального директора Дмитренко Ивана Вячеславовича,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"Промтрейдсервис"</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119331, г. МОСКВА, ВН. ТЕР. Г. МУНИЦИПАЛЬНЫЙ ОКРУГ ЛОМОНОСОВСКИЙ, ПР-КТ ВЕРНАДСКОГО, Д. 29, ПОМЕЩ. 1Н/2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7736354604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773601001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1237700727032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40702810001520000348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АО "АЛЬФА-БАНК"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30101810200000000593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Дмитренко Иван Вячеславович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