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369</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15.09.2026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ОБЩЕСТВО С ОГРАНИЧЕННОЙ ОТВЕТСТВЕННОСТЬЮ "НС-ТРЕЙД", именуемое в дальнейшем «Заказчик», в лице генерального директора Соколова Вячеслава Александровича,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"НС-ТРЕЙД"</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t>105082, г. Москва, ул. Большая Почтовая, д. 26В, стр. 2, этаж 3, помещ. II, ком. 16</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7720849513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КПП: 770101001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1217700218900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40702810002790004270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30101810200000000593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044525593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E-mail: info@ns-t.ru</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Телефон: +7 (499) 213 33 20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Соколов Вячеслав Александрович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