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371</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24.09.2026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"ПРОФИТ МАРКЕТИНГ", именуемое в дальнейшем «Заказчик», в лице руководителя Калимулиной Евгении Амировны,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"ПРОФИТ МАРКЕТИНГ"</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121596, г. Москва, ул. Горбунова, 2с3 (курьерская доставка писем) 5 Документ о государственной Лист записи Единого государственного реестра регистрации юридических лиц от «04» декабря 2020 года 6 Документ о постановке на учет в Свидетельство о постановке на учет в Инспекции налоговом органе по месту ее Федеральной налоговой службы № 27 по г. Москве от нахождения «18» апреля 2025 г. 7 ОГРН 1207700464069 8 ИНН 7707446473 9 КПП 772701001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7707446473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772701001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1207700464069</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40702810438000180324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30101810400000000225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pm@pmaa.ru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+7 495 212-07-52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Калимулина Евгения Амировна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