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349</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13.07.2026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ОБЩЕСТВО С ОГРАНИЧЕННОЙ ОТВЕТСТВЕННОСТЬЮ "ВТ-ИМПЭКС", именуемое в дальнейшем «Заказчик», в лице руководителя Попова Романа Александровича,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"ВТ-ИМПЭКС"</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109462, г.Москва, вн. тер. г. Муниципальный округ Кузьминки, Волжский бульвар, дом 51, стр. 15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7721656056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772101001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1097746078594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40702810300950000130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ОВСКИЕ РЕКВИЗИТЫ</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30101810500000000708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046126708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finance@wt-impex.com</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(499) 642-26-15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Попов Роман Александрович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