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351</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14.07.2026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ЗАО "МЕДИЭЙС", именуемое в дальнейшем «Заказчик», в лице генерального директора Викторова Николая Вячеславовича,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ЗАО "МЕДИЭЙС"</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127422 г. Москва, ул. Тимирязевская д.1 стр.3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7710513627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771301001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1037739950379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40702810900000251880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30101810200000000700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044525700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Викторов Николай Вячеславович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